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🃏 קלפים, סיכות ומטבעות: למה ילדים חוזרים לאסוף?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8"/>
          <w:szCs w:val="28"/>
          <w:rtl/>
        </w:rPr>
        <w:t>מאגר טקסטים לכיתה ז׳ · כתבה · גרסה: חנ״מ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📘 מהדורה למורה – מפתח תשובות</w:t>
      </w: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המהדורה למורה מופיעה בעמוד הראשון. דפי התלמיד מתחילים בעמוד הבא. בשאלות פתוחות – תשובה לדוגמה ומחוון; כל תשובה מנומקת מהטקסט מתקבלת.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מה ילדים מחליפים בהפסקה?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שיעורי בית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אוכל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ג. קלפים, סיכות ומטבעות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1: </w:t>
      </w:r>
      <w:r>
        <w:rPr>
          <w:rFonts w:ascii="Arial" w:hAnsi="Arial" w:cs="Arial" w:eastAsia="Arial" w:hint="cs"/>
          <w:sz w:val="28"/>
          <w:szCs w:val="28"/>
          <w:rtl/>
        </w:rPr>
        <w:t>קלפים, סיכות ומטבעות.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איך נוגה הכירה חברה טובה?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א. בזכות סיכה על התיק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בזכות מבחן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בזכות טיול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2: </w:t>
      </w:r>
      <w:r>
        <w:rPr>
          <w:rFonts w:ascii="Arial" w:hAnsi="Arial" w:cs="Arial" w:eastAsia="Arial" w:hint="cs"/>
          <w:sz w:val="28"/>
          <w:szCs w:val="28"/>
          <w:rtl/>
        </w:rPr>
        <w:t>בזכות סיכה על התיק.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ממי קיבל עומר מטבעות? – </w:t>
      </w:r>
      <w:r>
        <w:rPr>
          <w:rFonts w:ascii="Arial" w:hAnsi="Arial" w:cs="Arial" w:eastAsia="Arial" w:hint="cs"/>
          <w:sz w:val="28"/>
          <w:szCs w:val="28"/>
          <w:rtl/>
        </w:rPr>
        <w:t>מסבא שלו.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כתבו דבר אחד שאפשר לאסוף בחינם. – </w:t>
      </w:r>
      <w:r>
        <w:rPr>
          <w:rFonts w:ascii="Arial" w:hAnsi="Arial" w:cs="Arial" w:eastAsia="Arial" w:hint="cs"/>
          <w:sz w:val="28"/>
          <w:szCs w:val="28"/>
          <w:rtl/>
        </w:rPr>
        <w:t>עלים / אבנים / כרטיסים.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השלימו: "אם הייתי אוסף/ת משהו, הייתי אוסף/ת ___ כי ___." – </w:t>
      </w:r>
      <w:r>
        <w:rPr>
          <w:rFonts w:ascii="Arial" w:hAnsi="Arial" w:cs="Arial" w:eastAsia="Arial" w:hint="cs"/>
          <w:sz w:val="28"/>
          <w:szCs w:val="28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ה_______ נותן תחושה של סדר.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(אוסף)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בהפסקה ילדים מחליפים _______, סיכות ומטבעות.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(קלפים)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לעומר יש _______ מסבא.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(מטבעות)</w:t>
      </w: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אוסף  ·  קלפים  ·  סיכות  ·  מטבעות  ·  להחליף  ·  הוגנות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30"/>
          <w:szCs w:val="30"/>
          <w:iCs/>
          <w:rtl/>
        </w:rPr>
        <w:t>קִראו את הטקסט. אפשר לקרוא לאט, ולחזור לכל פסקה.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(א) </w:t>
      </w:r>
      <w:r>
        <w:rPr>
          <w:rFonts w:ascii="Arial" w:hAnsi="Arial" w:cs="Arial" w:eastAsia="Arial" w:hint="cs"/>
          <w:sz w:val="30"/>
          <w:szCs w:val="30"/>
          <w:rtl/>
        </w:rPr>
        <w:t>בהפסקה ילדים מחליפים קלפים, סיכות ומטבעות. נראה כמו שוק קטן.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(ב) </w:t>
      </w:r>
      <w:r>
        <w:rPr>
          <w:rFonts w:ascii="Arial" w:hAnsi="Arial" w:cs="Arial" w:eastAsia="Arial" w:hint="cs"/>
          <w:sz w:val="30"/>
          <w:szCs w:val="30"/>
          <w:rtl/>
        </w:rPr>
        <w:t>למה אוספים? כי אפשר לגעת בחפץ ולהחזיק אותו. האוסף נותן תחושה של סדר.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(ג) </w:t>
      </w:r>
      <w:r>
        <w:rPr>
          <w:rFonts w:ascii="Arial" w:hAnsi="Arial" w:cs="Arial" w:eastAsia="Arial" w:hint="cs"/>
          <w:sz w:val="30"/>
          <w:szCs w:val="30"/>
          <w:rtl/>
        </w:rPr>
        <w:t>האוסף עוזר להכיר חברים. נוגה הכירה חברה טובה בזכות סיכה.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(ד) </w:t>
      </w:r>
      <w:r>
        <w:rPr>
          <w:rFonts w:ascii="Arial" w:hAnsi="Arial" w:cs="Arial" w:eastAsia="Arial" w:hint="cs"/>
          <w:sz w:val="30"/>
          <w:szCs w:val="30"/>
          <w:rtl/>
        </w:rPr>
        <w:t>לעומר יש מטבעות מסבא. כל מטבע מספר על מקום אחר. כך הוא למד היסטוריה.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(ה) </w:t>
      </w:r>
      <w:r>
        <w:rPr>
          <w:rFonts w:ascii="Arial" w:hAnsi="Arial" w:cs="Arial" w:eastAsia="Arial" w:hint="cs"/>
          <w:sz w:val="30"/>
          <w:szCs w:val="30"/>
          <w:rtl/>
        </w:rPr>
        <w:t>לפעמים יש ויכוחים. יש בתי ספר שקבעו כללים. אפשר גם לאסוף דברים בחינם: עלים, אבנים, כרטיסים.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30"/>
          <w:szCs w:val="30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מתמקחים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מתווכחים על המחיר או על התמורה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אספנות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התחביב של לאסוף חפצים מסוג מסוים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תירוץ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סיבה שנותנים כדי לעשות משהו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הוגנות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התנהגות צודקת וישרה כלפי כולם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אוסף  ·  קלפים  ·  סיכות  ·  מטבעות  ·  להחליף  ·  הוגנות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מה ילדים מחליפים בהפסקה?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שיעורי בית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אוכל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קלפים, סיכות ומטבעות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איך נוגה הכירה חברה טובה?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בזכות סיכה על התיק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בזכות מבחן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בזכות טיול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3. ממי קיבל עומר מטבעות?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4. כתבו דבר אחד שאפשר לאסוף בחינם.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5. השלימו: "אם הייתי אוסף/ת משהו, הייתי אוסף/ת ___ כי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ה_______ נותן תחושה של סדר.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בהפסקה ילדים מחליפים _______, סיכות ומטבעות.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לעומר יש _______ מסבא.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איך הרגשתי בעבודה על הטקסט?   😀   🙂   😐   🙁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 w:eastAsia="Arial" w:hint="cs"/>
        <w:color w:val="777777"/>
        <w:sz w:val="16"/>
        <w:szCs w:val="16"/>
        <w:rtl/>
      </w:rPr>
      <w:t>יצרה: רוית ראש בן ישי · מאגר טקסטים לכיתה ז׳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 w:eastAsia="Arial" w:hint="c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bidi/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 w:hint="c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bidi/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bidi/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bidi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 w:eastAsia="Arial" w:hint="c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🃏 קלפים, סיכות ומטבעות: למה ילדים חוזרים לאסוף?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