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🥪 מה יש בקופסה? כריך מהבית מול מזנון בית הספר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מלח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סידן.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קשה לו להתרכז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קשה לו להתרכז, והוא מתעצבן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יתרון אחד של כריך מהבית. – </w:t>
      </w:r>
      <w:r>
        <w:rPr>
          <w:rFonts w:ascii="Arial" w:hAnsi="Arial" w:cs="Arial" w:eastAsia="Arial" w:hint="cs"/>
          <w:sz w:val="28"/>
          <w:szCs w:val="28"/>
          <w:rtl/>
        </w:rPr>
        <w:t>זול / אפשר לבחור מה יש בו.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כדאי להחזיק בתיק? – </w:t>
      </w:r>
      <w:r>
        <w:rPr>
          <w:rFonts w:ascii="Arial" w:hAnsi="Arial" w:cs="Arial" w:eastAsia="Arial" w:hint="cs"/>
          <w:sz w:val="28"/>
          <w:szCs w:val="28"/>
          <w:rtl/>
        </w:rPr>
        <w:t>בקבוק מים.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"בקופסת ההפסקה שלי אני רוצה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הוא צריך אוכל שנותן _______, וגם חלבון וסידן לעצמות.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(אנרגיה)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_______ מהבית: זול יותר, ואפשר לבחור מה יש בו.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(כריך)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חשוב לשתות _______ כל היום.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ב_______: כיף לבחור עם חברים.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(מזנון)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אנרגיה  ·  סידן  ·  כריך  ·  מים  ·  מזנון  ·  לגוון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בגיל ההתבגרות הגוף גדל מהר. הוא צריך אוכל שנותן אנרגיה,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מי שלא אוכל בבוקר ובהפסקה – מתקשה להתרכז ומתעצבן מהר.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כריך מהבית: זול יותר, ואפשר לבחור מה יש בו. אבל צריך להכין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במזנון: כיף לבחור עם חברים. אבל יש שם הרבה מתוקים, שנותנים אנרגיה לזמן קצר.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חשוב לשתות מים כל היום. אסף התחיל להכין כריך בעצמו – ועכשיו הוא אוכל אותו.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דלק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 שנותן אנרגיה (לרכב, ולגוף – המזון)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מינרלים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חומרים קטנים במזון שהגוף צריך, כמו סידן וברזל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מתקשים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קשה להם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מרכיבים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הדברים שמהם עשוי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אנרגיה  ·  סידן  ·  כריך  ·  מים  ·  מזנון  ·  לגוון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צריך הגוף כדי לבנות עצמות?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סוכר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סידן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מלח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למי שלא אוכל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הוא רץ מהר יותר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הוא לא מרגיש כלום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קשה לו להתרכז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יתרון אחד של כריך מהבית.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כדאי להחזיק בתיק?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"בקופסת ההפסקה שלי אני רוצה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הוא צריך אוכל שנותן _______, וגם חלבון וסידן לעצמות.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_______ מהבית: זול יותר, ואפשר לבחור מה יש בו.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חשוב לשתות _______ כל היום.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ב_______: כיף לבחור עם חברים.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🥪 מה יש בקופסה? כריך מהבית מול מזנון בית הספר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