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🎤 הלב דופק, הקול רועד: איך מתמודדים עם פחד קהל?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אוויר קר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אדרנלין.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דופק מהר.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עצה אחת לפני הצגה. – </w:t>
      </w:r>
      <w:r>
        <w:rPr>
          <w:rFonts w:ascii="Arial" w:hAnsi="Arial" w:cs="Arial" w:eastAsia="Arial" w:hint="cs"/>
          <w:sz w:val="28"/>
          <w:szCs w:val="28"/>
          <w:rtl/>
        </w:rPr>
        <w:t>להתאמן בקול רם / כרטיסים / לדעת את המשפט הראשון.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איך נושמים כדי להירגע? – </w:t>
      </w:r>
      <w:r>
        <w:rPr>
          <w:rFonts w:ascii="Arial" w:hAnsi="Arial" w:cs="Arial" w:eastAsia="Arial" w:hint="cs"/>
          <w:sz w:val="28"/>
          <w:szCs w:val="28"/>
          <w:rtl/>
        </w:rPr>
        <w:t>לאט, דרך האף, וסופרים עד ארבע.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"כשאני מפחד/ת, מה שעוזר לי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כשמפחדים, הגוף משחרר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(אדרנלין)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לפני: מתאמנים בקול רם, כותבים _______ קטנים, ויודעים בעל פה את המשפט הראשון.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(כרטיסים)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פחד  ·  אדרנלין  ·  נשימה  ·  להתאמן  ·  כרטיסים  ·  פנים טובות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ליה הציגה עבודה מול הכיתה. הרגליים רעדו, והיא שכחה את המשפט הראשון. הרבה אנשים מפחדים לעמוד מול קהל.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כשמפחדים, הגוף משחרר אדרנלין. הלב דופק מהר, הידיים מזיעות. הגוף חושב שיש סכנה.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לפני: מתאמנים בקול רם, כותבים כרטיסים קטנים, ויודעים בעל פה את המשפט הראשון.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במהלך: נושמים לאט. מסתכלים על חבר שמחייך. אם שכחתם – עוצרים ומסתכלים בכרטיס.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אחרי: שואלים "מה הלך טוב? מה אשנה?". ליה הציגה שוב, והפעם היה לה קל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מאוימים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מרגישים שיש סכנה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הורמון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חומר שהגוף מייצר ומעביר הודעות בתוכו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שטחית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לא עמוקה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טורפת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חיה שצדה ואוכלת חיות אחרות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פחד  ·  אדרנלין  ·  נשימה  ·  להתאמן  ·  כרטיסים  ·  פנים טובות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הגוף משחרר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אדרנלין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אוויר קר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ללב כשמפחדים?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נעצר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דופק מהר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עצה אחת לפני הצגה.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איך נושמים כדי להירגע?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"כשאני מפחד/ת, מה שעוזר לי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כשמפחדים, הגוף משחרר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לפני: מתאמנים בקול רם, כותבים _______ קטנים, ויודעים בעל פה את המשפט הראשון.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🎤 הלב דופק, הקול רועד: איך מתמודדים עם פחד קהל?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