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💡 "רק הערה קטנה": למה כל כך קשה לשמוע ביקורת?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טור דעה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כתבה המורה?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"אין הערות"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"עבודה גרועה"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"איפה הדעה שלך?"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"איפה הדעה שלך?"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איך הרגיש הכותב בהתחלה?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שמח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רעב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כועס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כועס.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עשה הכותב אחרי שנרגע? – </w:t>
      </w:r>
      <w:r>
        <w:rPr>
          <w:rFonts w:ascii="Arial" w:hAnsi="Arial" w:cs="Arial" w:eastAsia="Arial" w:hint="cs"/>
          <w:sz w:val="28"/>
          <w:szCs w:val="28"/>
          <w:rtl/>
        </w:rPr>
        <w:t>שאל את המורה איך לשפר.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זה "כריך" בביקורת? – </w:t>
      </w:r>
      <w:r>
        <w:rPr>
          <w:rFonts w:ascii="Arial" w:hAnsi="Arial" w:cs="Arial" w:eastAsia="Arial" w:hint="cs"/>
          <w:sz w:val="28"/>
          <w:szCs w:val="28"/>
          <w:rtl/>
        </w:rPr>
        <w:t>משהו טוב, משהו לשפר, משהו טוב.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"כשמעירים לי, אני יכול/ה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למה _______ כואבת?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(ביקורת)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המורה כתבה _______: "איפה הדעה שלך?".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(הערה)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הוא שאל אותה איך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(לשפר)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איך נותנים ביקורת: "_______" – משהו טוב, משהו לשפר, ועוד משהו טוב.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(כריך)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ביקורת  ·  הערה  ·  לשפר  ·  לנשום  ·  כריך  ·  מתנה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הכותב הגיש עבודה. המורה כתבה הערה: "איפה הדעה שלך?". הוא ראה רק את ההערה, וכעס.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למה ביקורת כואבת? כי אנחנו שומעים "אתה לא טוב", ולא "העבודה צריכה שיפור".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אחרי כמה ימים הוא קרא שוב והבין שהמורה צדקה. הוא שאל אותה איך לשפר. בעבודה הבאה הוא הצליח.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איך שומעים ביקורת: נושמים, זוכרים שההערה היא על העבודה, ושואלים "מה אני לומד מזה?".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איך נותנים ביקורת: "כריך" – משהו טוב, משהו לשפר, ועוד משהו טוב.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ציר זמן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קו שמסדר אירועים לפי הסדר שבו קרו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משקיעים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נותנים הרבה זמן ומאמץ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שליליים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רעים, לא טובים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להפריד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לשים כל דבר בנפרד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ביקורת  ·  הערה  ·  לשפר  ·  לנשום  ·  כריך  ·  מתנה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כתבה המורה?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"אין הערות"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"עבודה גרועה"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"איפה הדעה שלך?"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איך הרגיש הכותב בהתחלה?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שמח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רעב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כועס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עשה הכותב אחרי שנרגע?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זה "כריך" בביקורת?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"כשמעירים לי, אני יכול/ה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למה _______ כואבת?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המורה כתבה _______: "איפה הדעה שלך?".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הוא שאל אותה איך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איך נותנים ביקורת: "_______" – משהו טוב, משהו לשפר, ועוד משהו טוב.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💡 "רק הערה קטנה": למה כל כך קשה לשמוע ביקורת?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