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🎭 הבמה של רותם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הקשיבה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לא הצביעה.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דרמה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דרמה.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על מה רותם כתבה? – </w:t>
      </w:r>
      <w:r>
        <w:rPr>
          <w:rFonts w:ascii="Arial" w:hAnsi="Arial" w:cs="Arial" w:eastAsia="Arial" w:hint="cs"/>
          <w:sz w:val="28"/>
          <w:szCs w:val="28"/>
          <w:rtl/>
        </w:rPr>
        <w:t>על ילדה ששומרת על מגדלור.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רותם עשתה בסוף הסיפור? – </w:t>
      </w:r>
      <w:r>
        <w:rPr>
          <w:rFonts w:ascii="Arial" w:hAnsi="Arial" w:cs="Arial" w:eastAsia="Arial" w:hint="cs"/>
          <w:sz w:val="28"/>
          <w:szCs w:val="28"/>
          <w:rtl/>
        </w:rPr>
        <w:t>הרימה יד בשיעור.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"דבר שאני טוב/ה בו, גם אם אני שקט/ה,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אמא רשמה אותה לחוג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(דרמה)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בערב ההצגה רותם עלתה ל_______ ודיברה בקול ברור.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(במה)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המדריכה שאלה אם היא אוהבת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(לכתוב)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רותם כתבה סיפור על ילדה ששומרת על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(מגדלור)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דרמה  ·  במה  ·  לכתוב  ·  מגדלור  ·  להקשיב  ·  להצביע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רותם ידעה תשובות, אבל לא הצביעה. בתעודה נכתב: "מומלץ להשתתף יותר".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אמא רשמה אותה לחוג דרמה. במפגש הראשון היא דיברה בשקט, ומישהו צחק.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המדריכה שאלה אם היא אוהבת לכתוב. רותם כתבה סיפור על ילדה ששומרת על מגדלור.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רותם קראה את התפקיד של שומרת המגדלור. כשהיא דיברה כמו הדמות, היא לא פחדה.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בערב ההצגה רותם עלתה לבמה ודיברה בקול ברור. למחרת, בכיתה, היא הרימה 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ביישנית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להצביע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הרימה גבה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קידה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תנועה של הורדת הראש והגוף לפני קהל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דרמה  ·  במה  ·  לכתוב  ·  מגדלור  ·  להקשיב  ·  להצביע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הקשיבה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דרמה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על מה רותם כתבה?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רותם עשתה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"דבר שאני טוב/ה בו, גם אם אני שקט/ה,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אמא רשמה אותה לחוג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בערב ההצגה רותם עלתה ל_______ ודיברה בקול ברור.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המדריכה שאלה אם היא אוהבת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רותם כתבה סיפור על ילדה ששומרת על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🎭 הבמה של רותם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