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🍊 שש בבוקר בפרדס: יום של קטיף עם כיתה ז׳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תפוחי אדמה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תפוזים.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מסובבים בעדינות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מסובבים בעדינות או גוזרים במזמרה.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שלח אהרון לכיתה? – </w:t>
      </w:r>
      <w:r>
        <w:rPr>
          <w:rFonts w:ascii="Arial" w:hAnsi="Arial" w:cs="Arial" w:eastAsia="Arial" w:hint="cs"/>
          <w:sz w:val="28"/>
          <w:szCs w:val="28"/>
          <w:rtl/>
        </w:rPr>
        <w:t>ארגז תפוזים מתנה.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כתבה רוני? – </w:t>
      </w:r>
      <w:r>
        <w:rPr>
          <w:rFonts w:ascii="Arial" w:hAnsi="Arial" w:cs="Arial" w:eastAsia="Arial" w:hint="cs"/>
          <w:sz w:val="28"/>
          <w:szCs w:val="28"/>
          <w:rtl/>
        </w:rPr>
        <w:t>"האוכל לא מגיע מהסופר. הוא מגיע מאנשים."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"בפעם הבאה שאוכל פרי, אחשוב על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כיתה ז׳ יצאה להתנדב ב_______ תפוזים.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(קטיף)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אהרון הסביר כללים: קוטפים רק פרי כתום, מסובבים בעדינות, ושותים מים.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(חקלאי)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אבל הכיתה מילאה יותר ממאה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(ארגזים)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הייתה קשה.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(עבודה)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קטיף  ·  פרדס  ·  חקלאי  ·  ארגזים  ·  לכבד  ·  עבודה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כיתה ז׳ יצאה להתנדב בקטיף תפוזים. הם יצאו מוקדם בבוקר, והיה קר.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הם למדו בשיעור שחקלאים צריכים עזרה. המחנכת מצאה משק משפחתי.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החקלאי אהרון הסביר כללים: קוטפים רק פרי כתום, מסובבים בעדינות, ושותים 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העבודה הייתה קשה. הידיים כאבו. אבל הכיתה מילאה יותר ממאה ארגזים.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רוני כתבה: "האוכל לא מגיע מהסופר. הוא מגיע מאנשים." אהרון שלח לכיתה ארגז תפוזים מתנה.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פרדס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מזמרה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סחרחורת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הרגשה שהכול מסתובב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קטיף  ·  פרדס  ·  חקלאי  ·  ארגזים  ·  לכבד  ·  עבודה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תפוחי אדמה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מסובבים בעדינות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שלח אהרון לכיתה?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כתבה רוני?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"בפעם הבאה שאוכל פרי, אחשוב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כיתה ז׳ יצאה להתנדב ב_______ תפוזים.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אהרון הסביר כללים: קוטפים רק פרי כתום, מסובבים בעדינות, ושותים מים.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אבל הכיתה מילאה יותר ממאה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הייתה קשה.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🍊 שש בבוקר בפרדס: יום של קטיף עם 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